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800000" cy="8320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832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B6675"/>
          <w:sz w:val="17"/>
        </w:rPr>
        <w:t>Jackstadt Reinigung &amp; Service · Inhaberin Michelle Jackstadt · Fichtenstr. 45 · 82110 Germering</w:t>
        <w:br/>
        <w:t>Tel. 0176 23956133 / 089 2885 8191 · info@jackstadt-reinigung.de</w:t>
      </w:r>
    </w:p>
    <w:p/>
    <w:p>
      <w:r>
        <w:rPr>
          <w:b/>
          <w:color w:val="1E3A6E"/>
          <w:sz w:val="30"/>
        </w:rPr>
        <w:t>Muster-Widerrufsformular</w:t>
      </w:r>
    </w:p>
    <w:p>
      <w:r>
        <w:rPr>
          <w:i/>
          <w:color w:val="5B6675"/>
          <w:sz w:val="18"/>
        </w:rPr>
        <w:t>(Wenn Sie den Vertrag widerrufen wollen, füllen Sie bitte dieses Formular aus und senden Sie es zurück.)</w:t>
      </w:r>
    </w:p>
    <w:p/>
    <w:p>
      <w:r>
        <w:rPr>
          <w:b/>
        </w:rPr>
        <w:t>An:</w:t>
      </w:r>
    </w:p>
    <w:p>
      <w:r>
        <w:t>Jackstadt Reinigung &amp; Service</w:t>
        <w:br/>
        <w:t>Michelle Jackstadt</w:t>
        <w:br/>
        <w:t>Fichtenstr. 45</w:t>
        <w:br/>
        <w:t>82110 Germering</w:t>
        <w:br/>
        <w:t>E-Mail: info@jackstadt-reinigung.de</w:t>
      </w:r>
    </w:p>
    <w:p/>
    <w:p>
      <w:r>
        <w:t>Hiermit widerrufe(n) ich/wir (*) den von mir/uns (*) abgeschlossenen Vertrag über die Erbringung der folgenden Dienstleistung:</w:t>
      </w:r>
    </w:p>
    <w:p>
      <w:r>
        <w:t>_________________________________________________________________</w:t>
      </w:r>
    </w:p>
    <w:p>
      <w:r>
        <w:t>_________________________________________________________________</w:t>
      </w:r>
    </w:p>
    <w:p/>
    <w:p>
      <w:r>
        <w:t>Bestellt am (*) / erhalten am (*):  ______________________________</w:t>
      </w:r>
    </w:p>
    <w:p>
      <w:r>
        <w:t>Name des/der Verbraucher(s):  ___________________________________</w:t>
      </w:r>
    </w:p>
    <w:p>
      <w:r>
        <w:t>Anschrift des/der Verbraucher(s):  _______________________________</w:t>
      </w:r>
    </w:p>
    <w:p>
      <w:r>
        <w:t>_________________________________________________________________</w:t>
      </w:r>
    </w:p>
    <w:p/>
    <w:p>
      <w:r>
        <w:t>Datum:  ________________     Unterschrift (nur auf Papier):  ________________</w:t>
      </w:r>
    </w:p>
    <w:p/>
    <w:p>
      <w:r>
        <w:rPr>
          <w:color w:val="5B6675"/>
          <w:sz w:val="18"/>
        </w:rPr>
        <w:t>(*) Unzutreffendes streichen.</w:t>
      </w:r>
    </w:p>
    <w:sectPr w:rsidR="00FC693F" w:rsidRPr="0006063C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